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4446F" w14:textId="77777777" w:rsidR="00767F00" w:rsidRPr="002912AC" w:rsidRDefault="00000000">
      <w:pPr>
        <w:jc w:val="center"/>
        <w:rPr>
          <w:rFonts w:ascii="Times New Roman" w:hAnsi="Times New Roman" w:cs="Times New Roman"/>
        </w:rPr>
      </w:pPr>
      <w:r w:rsidRPr="002912AC">
        <w:rPr>
          <w:rFonts w:ascii="Times New Roman" w:hAnsi="Times New Roman" w:cs="Times New Roman"/>
          <w:b/>
          <w:sz w:val="32"/>
        </w:rPr>
        <w:t>DARBO STEBĖJIMO PATIRTIES REFLEKSIJA</w:t>
      </w:r>
    </w:p>
    <w:p w14:paraId="63222991" w14:textId="77777777" w:rsidR="00767F00" w:rsidRPr="002912AC" w:rsidRDefault="00000000">
      <w:pPr>
        <w:jc w:val="center"/>
        <w:rPr>
          <w:rFonts w:ascii="Times New Roman" w:hAnsi="Times New Roman" w:cs="Times New Roman"/>
        </w:rPr>
      </w:pPr>
      <w:r w:rsidRPr="002912AC">
        <w:rPr>
          <w:rFonts w:ascii="Times New Roman" w:hAnsi="Times New Roman" w:cs="Times New Roman"/>
          <w:i/>
        </w:rPr>
        <w:t>Klausimynas Erasmus+ akreditacijos pažangos ataskaitai</w:t>
      </w:r>
    </w:p>
    <w:p w14:paraId="30A19850" w14:textId="77777777" w:rsidR="00767F00" w:rsidRPr="002912AC" w:rsidRDefault="00000000">
      <w:pPr>
        <w:rPr>
          <w:rFonts w:ascii="Times New Roman" w:hAnsi="Times New Roman" w:cs="Times New Roman"/>
        </w:rPr>
      </w:pPr>
      <w:r w:rsidRPr="002912AC">
        <w:rPr>
          <w:rFonts w:ascii="Times New Roman" w:hAnsi="Times New Roman" w:cs="Times New Roman"/>
        </w:rPr>
        <w:t>Prašome trumpai ir konkrečiai atsakyti į klausimus. Jūsų atsakymai bus naudojami rengiant Erasmus+ akreditacijos pažangos ataskaitą ir apibendrinant darbo stebėjimo poveikį mokytojų profesiniam tobulėjimui, pamokų praktikai ir mokinių ugdymui.</w:t>
      </w:r>
    </w:p>
    <w:p w14:paraId="425CF979" w14:textId="77777777" w:rsidR="00767F00" w:rsidRPr="002912AC" w:rsidRDefault="00000000">
      <w:pPr>
        <w:rPr>
          <w:rFonts w:ascii="Times New Roman" w:hAnsi="Times New Roman" w:cs="Times New Roman"/>
        </w:rPr>
      </w:pPr>
      <w:r w:rsidRPr="002912AC">
        <w:rPr>
          <w:rFonts w:ascii="Times New Roman" w:hAnsi="Times New Roman" w:cs="Times New Roman"/>
          <w:b/>
          <w:sz w:val="26"/>
        </w:rPr>
        <w:t>PAGRINDINIAI PROJEKTO TIKSLAI</w:t>
      </w:r>
    </w:p>
    <w:p w14:paraId="03DB6A95" w14:textId="77777777" w:rsidR="00767F00" w:rsidRPr="002912AC" w:rsidRDefault="00000000">
      <w:pPr>
        <w:spacing w:after="80"/>
        <w:ind w:left="240"/>
        <w:rPr>
          <w:rFonts w:ascii="Times New Roman" w:hAnsi="Times New Roman" w:cs="Times New Roman"/>
        </w:rPr>
      </w:pPr>
      <w:r w:rsidRPr="002912AC">
        <w:rPr>
          <w:rFonts w:ascii="Times New Roman" w:hAnsi="Times New Roman" w:cs="Times New Roman"/>
        </w:rPr>
        <w:t>1. Pozityviojo mokytojų profesionalumo auginimas, plėtojant tarptautiškumą ir tarptautinį bendradarbiavimą.</w:t>
      </w:r>
    </w:p>
    <w:p w14:paraId="13947E85" w14:textId="77777777" w:rsidR="00767F00" w:rsidRPr="002912AC" w:rsidRDefault="00000000">
      <w:pPr>
        <w:spacing w:after="80"/>
        <w:ind w:left="240"/>
        <w:rPr>
          <w:rFonts w:ascii="Times New Roman" w:hAnsi="Times New Roman" w:cs="Times New Roman"/>
        </w:rPr>
      </w:pPr>
      <w:r w:rsidRPr="002912AC">
        <w:rPr>
          <w:rFonts w:ascii="Times New Roman" w:hAnsi="Times New Roman" w:cs="Times New Roman"/>
        </w:rPr>
        <w:t>2. Įtraukties ir įvairovės pamokoje didinimas, siekiant kiekvieno mokinio asmeninių karjeros tikslų.</w:t>
      </w:r>
    </w:p>
    <w:p w14:paraId="42C6641F" w14:textId="77777777" w:rsidR="00767F00" w:rsidRPr="002912AC" w:rsidRDefault="00000000">
      <w:pPr>
        <w:rPr>
          <w:rFonts w:ascii="Times New Roman" w:hAnsi="Times New Roman" w:cs="Times New Roman"/>
        </w:rPr>
      </w:pPr>
      <w:r w:rsidRPr="002912AC">
        <w:rPr>
          <w:rFonts w:ascii="Times New Roman" w:hAnsi="Times New Roman" w:cs="Times New Roman"/>
        </w:rPr>
        <w:t>Klausimyno atsakymai padės įvertinti, kaip darbo stebėjimo metu įgyta tarptautinė patirtis prisidėjo prie šių tikslų: mokymo(si) būdų įvairovės, mokinių aktyvaus įsitraukimo, įtraukiojo ir individualizuoto mokymo bei mokinių karjeros kompetencijų ugdymo.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5020"/>
        <w:gridCol w:w="5020"/>
      </w:tblGrid>
      <w:tr w:rsidR="00767F00" w:rsidRPr="002912AC" w14:paraId="13D980A2" w14:textId="77777777">
        <w:trPr>
          <w:jc w:val="center"/>
        </w:trPr>
        <w:tc>
          <w:tcPr>
            <w:tcW w:w="5020" w:type="dxa"/>
            <w:vAlign w:val="center"/>
          </w:tcPr>
          <w:p w14:paraId="4FFBCEC1" w14:textId="77777777" w:rsidR="00767F00" w:rsidRPr="002912AC" w:rsidRDefault="00000000">
            <w:pPr>
              <w:rPr>
                <w:rFonts w:ascii="Times New Roman" w:hAnsi="Times New Roman" w:cs="Times New Roman"/>
              </w:rPr>
            </w:pPr>
            <w:r w:rsidRPr="002912AC">
              <w:rPr>
                <w:rFonts w:ascii="Times New Roman" w:hAnsi="Times New Roman" w:cs="Times New Roman"/>
                <w:b/>
              </w:rPr>
              <w:t>Vardas, pavardė</w:t>
            </w:r>
          </w:p>
        </w:tc>
        <w:tc>
          <w:tcPr>
            <w:tcW w:w="5020" w:type="dxa"/>
            <w:vAlign w:val="center"/>
          </w:tcPr>
          <w:p w14:paraId="0A37A59F" w14:textId="77777777" w:rsidR="00767F00" w:rsidRPr="002912AC" w:rsidRDefault="00767F00">
            <w:pPr>
              <w:rPr>
                <w:rFonts w:ascii="Times New Roman" w:hAnsi="Times New Roman" w:cs="Times New Roman"/>
              </w:rPr>
            </w:pPr>
          </w:p>
        </w:tc>
      </w:tr>
      <w:tr w:rsidR="00767F00" w:rsidRPr="002912AC" w14:paraId="07065381" w14:textId="77777777">
        <w:trPr>
          <w:jc w:val="center"/>
        </w:trPr>
        <w:tc>
          <w:tcPr>
            <w:tcW w:w="5020" w:type="dxa"/>
            <w:vAlign w:val="center"/>
          </w:tcPr>
          <w:p w14:paraId="1A287F5A" w14:textId="77777777" w:rsidR="00767F00" w:rsidRPr="002912AC" w:rsidRDefault="00000000">
            <w:pPr>
              <w:rPr>
                <w:rFonts w:ascii="Times New Roman" w:hAnsi="Times New Roman" w:cs="Times New Roman"/>
              </w:rPr>
            </w:pPr>
            <w:r w:rsidRPr="002912AC">
              <w:rPr>
                <w:rFonts w:ascii="Times New Roman" w:hAnsi="Times New Roman" w:cs="Times New Roman"/>
                <w:b/>
              </w:rPr>
              <w:t>Dalyko / pareigų pavadinimas</w:t>
            </w:r>
          </w:p>
        </w:tc>
        <w:tc>
          <w:tcPr>
            <w:tcW w:w="5020" w:type="dxa"/>
            <w:vAlign w:val="center"/>
          </w:tcPr>
          <w:p w14:paraId="1EAA5186" w14:textId="77777777" w:rsidR="00767F00" w:rsidRPr="002912AC" w:rsidRDefault="00767F00">
            <w:pPr>
              <w:rPr>
                <w:rFonts w:ascii="Times New Roman" w:hAnsi="Times New Roman" w:cs="Times New Roman"/>
              </w:rPr>
            </w:pPr>
          </w:p>
        </w:tc>
      </w:tr>
      <w:tr w:rsidR="00767F00" w:rsidRPr="002912AC" w14:paraId="3A866781" w14:textId="77777777">
        <w:trPr>
          <w:jc w:val="center"/>
        </w:trPr>
        <w:tc>
          <w:tcPr>
            <w:tcW w:w="5020" w:type="dxa"/>
            <w:vAlign w:val="center"/>
          </w:tcPr>
          <w:p w14:paraId="18BE3CD4" w14:textId="77777777" w:rsidR="00767F00" w:rsidRPr="002912AC" w:rsidRDefault="00000000">
            <w:pPr>
              <w:rPr>
                <w:rFonts w:ascii="Times New Roman" w:hAnsi="Times New Roman" w:cs="Times New Roman"/>
                <w:lang w:val="nn-NO"/>
              </w:rPr>
            </w:pPr>
            <w:r w:rsidRPr="002912AC">
              <w:rPr>
                <w:rFonts w:ascii="Times New Roman" w:hAnsi="Times New Roman" w:cs="Times New Roman"/>
                <w:b/>
                <w:lang w:val="nn-NO"/>
              </w:rPr>
              <w:t>Darbo stebėjimo laikas (data / datos)</w:t>
            </w:r>
          </w:p>
        </w:tc>
        <w:tc>
          <w:tcPr>
            <w:tcW w:w="5020" w:type="dxa"/>
            <w:vAlign w:val="center"/>
          </w:tcPr>
          <w:p w14:paraId="553056FF" w14:textId="77777777" w:rsidR="00767F00" w:rsidRPr="002912AC" w:rsidRDefault="00767F00">
            <w:pPr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767F00" w:rsidRPr="002912AC" w14:paraId="1C3AB7B6" w14:textId="77777777">
        <w:trPr>
          <w:jc w:val="center"/>
        </w:trPr>
        <w:tc>
          <w:tcPr>
            <w:tcW w:w="5020" w:type="dxa"/>
            <w:vAlign w:val="center"/>
          </w:tcPr>
          <w:p w14:paraId="513D84CC" w14:textId="77777777" w:rsidR="00767F00" w:rsidRPr="002912AC" w:rsidRDefault="00000000">
            <w:pPr>
              <w:rPr>
                <w:rFonts w:ascii="Times New Roman" w:hAnsi="Times New Roman" w:cs="Times New Roman"/>
                <w:lang w:val="nn-NO"/>
              </w:rPr>
            </w:pPr>
            <w:r w:rsidRPr="002912AC">
              <w:rPr>
                <w:rFonts w:ascii="Times New Roman" w:hAnsi="Times New Roman" w:cs="Times New Roman"/>
                <w:b/>
                <w:lang w:val="nn-NO"/>
              </w:rPr>
              <w:t>Šalis, miestas ir priimanti mokykla / organizacija</w:t>
            </w:r>
          </w:p>
        </w:tc>
        <w:tc>
          <w:tcPr>
            <w:tcW w:w="5020" w:type="dxa"/>
            <w:vAlign w:val="center"/>
          </w:tcPr>
          <w:p w14:paraId="401C6425" w14:textId="77777777" w:rsidR="00767F00" w:rsidRPr="002912AC" w:rsidRDefault="00767F00">
            <w:pPr>
              <w:rPr>
                <w:rFonts w:ascii="Times New Roman" w:hAnsi="Times New Roman" w:cs="Times New Roman"/>
                <w:lang w:val="nn-NO"/>
              </w:rPr>
            </w:pPr>
          </w:p>
        </w:tc>
      </w:tr>
    </w:tbl>
    <w:p w14:paraId="13A6738C" w14:textId="77777777" w:rsidR="00767F00" w:rsidRPr="002912AC" w:rsidRDefault="00767F00">
      <w:pPr>
        <w:rPr>
          <w:rFonts w:ascii="Times New Roman" w:hAnsi="Times New Roman" w:cs="Times New Roman"/>
          <w:lang w:val="nn-NO"/>
        </w:rPr>
      </w:pPr>
    </w:p>
    <w:p w14:paraId="73AB7EB3" w14:textId="77777777" w:rsidR="00767F00" w:rsidRPr="002912AC" w:rsidRDefault="00000000">
      <w:pPr>
        <w:spacing w:before="140"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b/>
          <w:lang w:val="nn-NO"/>
        </w:rPr>
        <w:t>1. Kokios 2–3 naujos idėjos, metodai ar būdai Jums labiausiai įsiminė darbo stebėjimo metu?</w:t>
      </w:r>
    </w:p>
    <w:p w14:paraId="152885C0" w14:textId="77777777" w:rsidR="00767F00" w:rsidRPr="002912AC" w:rsidRDefault="00000000">
      <w:pPr>
        <w:spacing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lang w:val="nn-NO"/>
        </w:rPr>
        <w:t>Atsakymas:</w:t>
      </w:r>
    </w:p>
    <w:p w14:paraId="50F1B921" w14:textId="77777777" w:rsidR="00767F00" w:rsidRPr="002912AC" w:rsidRDefault="00000000">
      <w:pPr>
        <w:spacing w:before="140"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b/>
          <w:lang w:val="nn-NO"/>
        </w:rPr>
        <w:t>2. Ką iš to, ką pamatėte užsienio mokykloje, jau pritaikėte savo pamokose?</w:t>
      </w:r>
    </w:p>
    <w:p w14:paraId="64580851" w14:textId="77777777" w:rsidR="00767F00" w:rsidRPr="002912AC" w:rsidRDefault="00000000">
      <w:pPr>
        <w:spacing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lang w:val="nn-NO"/>
        </w:rPr>
        <w:t>Atsakymas:</w:t>
      </w:r>
    </w:p>
    <w:p w14:paraId="75163404" w14:textId="0FCD758F" w:rsidR="00767F00" w:rsidRPr="002912AC" w:rsidRDefault="00767F00">
      <w:pPr>
        <w:spacing w:after="0" w:line="240" w:lineRule="auto"/>
        <w:rPr>
          <w:rFonts w:ascii="Times New Roman" w:hAnsi="Times New Roman" w:cs="Times New Roman"/>
          <w:lang w:val="nn-NO"/>
        </w:rPr>
      </w:pPr>
    </w:p>
    <w:p w14:paraId="6FD668AC" w14:textId="77777777" w:rsidR="00767F00" w:rsidRPr="002912AC" w:rsidRDefault="00000000">
      <w:pPr>
        <w:spacing w:before="140"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b/>
          <w:lang w:val="nn-NO"/>
        </w:rPr>
        <w:t>3. Pateikite vieną konkretų pavyzdį, kaip darbo stebėjimo metu pamatytą praktiką pritaikėte savo pamokoje.</w:t>
      </w:r>
    </w:p>
    <w:p w14:paraId="0F7A8BFE" w14:textId="77777777" w:rsidR="00767F00" w:rsidRPr="002912AC" w:rsidRDefault="00000000">
      <w:pPr>
        <w:spacing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lang w:val="nn-NO"/>
        </w:rPr>
        <w:t>Atsakymas:</w:t>
      </w:r>
    </w:p>
    <w:p w14:paraId="557F630B" w14:textId="77777777" w:rsidR="00767F00" w:rsidRPr="002912AC" w:rsidRDefault="00000000">
      <w:pPr>
        <w:spacing w:before="140"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b/>
          <w:lang w:val="nn-NO"/>
        </w:rPr>
        <w:t>4. Ar po darbo stebėjimo pasikeitė Jūsų pamokų vedimo būdas? Jei taip, kas konkrečiai pasikeitė?</w:t>
      </w:r>
    </w:p>
    <w:p w14:paraId="13079077" w14:textId="77777777" w:rsidR="00767F00" w:rsidRPr="002912AC" w:rsidRDefault="00000000">
      <w:pPr>
        <w:spacing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lang w:val="nn-NO"/>
        </w:rPr>
        <w:t>Atsakymas:</w:t>
      </w:r>
    </w:p>
    <w:p w14:paraId="5ADC25C1" w14:textId="77777777" w:rsidR="00767F00" w:rsidRPr="002912AC" w:rsidRDefault="00000000">
      <w:pPr>
        <w:spacing w:before="140"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b/>
          <w:lang w:val="nn-NO"/>
        </w:rPr>
        <w:t>5. Ar pradėjote dažniau taikyti naujus mokymo(si) metodus ar veiklas, skatinančias mokinių aktyvumą? Jei taip, kokius?</w:t>
      </w:r>
    </w:p>
    <w:p w14:paraId="4AA142F1" w14:textId="77777777" w:rsidR="00767F00" w:rsidRPr="002912AC" w:rsidRDefault="00000000">
      <w:pPr>
        <w:spacing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lang w:val="nn-NO"/>
        </w:rPr>
        <w:t>Atsakymas:</w:t>
      </w:r>
    </w:p>
    <w:p w14:paraId="09100ED0" w14:textId="5823B90D" w:rsidR="00767F00" w:rsidRPr="002912AC" w:rsidRDefault="00767F00">
      <w:pPr>
        <w:spacing w:after="0" w:line="240" w:lineRule="auto"/>
        <w:rPr>
          <w:rFonts w:ascii="Times New Roman" w:hAnsi="Times New Roman" w:cs="Times New Roman"/>
          <w:lang w:val="nn-NO"/>
        </w:rPr>
      </w:pPr>
    </w:p>
    <w:p w14:paraId="4814F2F1" w14:textId="77777777" w:rsidR="00767F00" w:rsidRPr="002912AC" w:rsidRDefault="00000000">
      <w:pPr>
        <w:spacing w:before="140"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b/>
          <w:lang w:val="nn-NO"/>
        </w:rPr>
        <w:t>6. Ar darbo stebėjimas paskatino Jus labiau taikyti įtraukųjį mokymąsi, diferencijuoti, individualizuoti ar suasmeninti mokymą? Jei taip, kaip?</w:t>
      </w:r>
    </w:p>
    <w:p w14:paraId="66B8D5EC" w14:textId="77777777" w:rsidR="00767F00" w:rsidRPr="002912AC" w:rsidRDefault="00000000">
      <w:pPr>
        <w:spacing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lang w:val="nn-NO"/>
        </w:rPr>
        <w:t>Atsakymas:</w:t>
      </w:r>
    </w:p>
    <w:p w14:paraId="44AFD388" w14:textId="6D7F1A36" w:rsidR="00767F00" w:rsidRPr="002912AC" w:rsidRDefault="00767F00">
      <w:pPr>
        <w:spacing w:after="0" w:line="240" w:lineRule="auto"/>
        <w:rPr>
          <w:rFonts w:ascii="Times New Roman" w:hAnsi="Times New Roman" w:cs="Times New Roman"/>
          <w:lang w:val="nn-NO"/>
        </w:rPr>
      </w:pPr>
    </w:p>
    <w:p w14:paraId="2852D5E2" w14:textId="77777777" w:rsidR="00767F00" w:rsidRPr="002912AC" w:rsidRDefault="00000000">
      <w:pPr>
        <w:spacing w:before="140"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b/>
          <w:lang w:val="nn-NO"/>
        </w:rPr>
        <w:t>7. Ar pradėjote geriau atsižvelgti į skirtingus mokinių gebėjimus, poreikius ir mokymosi galimybes? Pateikite pavyzdį.</w:t>
      </w:r>
    </w:p>
    <w:p w14:paraId="0CE411E7" w14:textId="77777777" w:rsidR="00767F00" w:rsidRPr="002912AC" w:rsidRDefault="00000000">
      <w:pPr>
        <w:spacing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lang w:val="nn-NO"/>
        </w:rPr>
        <w:t>Atsakymas:</w:t>
      </w:r>
    </w:p>
    <w:p w14:paraId="2C268DC5" w14:textId="77777777" w:rsidR="00767F00" w:rsidRPr="002912AC" w:rsidRDefault="00000000">
      <w:pPr>
        <w:spacing w:before="140"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b/>
          <w:lang w:val="nn-NO"/>
        </w:rPr>
        <w:t>8. Ar darbo stebėjimo patirtį panaudojote ugdydami mokinių karjeros kompetencijas ar padėdami jiems geriau pažinti savo gebėjimus, interesus ir karjeros galimybes? Jei taip, kaip?</w:t>
      </w:r>
    </w:p>
    <w:p w14:paraId="5E1976FC" w14:textId="77777777" w:rsidR="00767F00" w:rsidRPr="002912AC" w:rsidRDefault="00000000">
      <w:pPr>
        <w:spacing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lang w:val="nn-NO"/>
        </w:rPr>
        <w:lastRenderedPageBreak/>
        <w:t>Atsakymas:</w:t>
      </w:r>
    </w:p>
    <w:p w14:paraId="34545D08" w14:textId="77777777" w:rsidR="00767F00" w:rsidRPr="002912AC" w:rsidRDefault="00000000">
      <w:pPr>
        <w:spacing w:before="140"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b/>
          <w:lang w:val="nn-NO"/>
        </w:rPr>
        <w:t>9. Ar pastebėjote kokį nors poveikį mokinių aktyvumui, motyvacijai, savarankiškumui ar mokymosi sėkmei? Pateikite pavyzdį.</w:t>
      </w:r>
    </w:p>
    <w:p w14:paraId="2381DD04" w14:textId="77777777" w:rsidR="00767F00" w:rsidRPr="002912AC" w:rsidRDefault="00000000">
      <w:pPr>
        <w:spacing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lang w:val="nn-NO"/>
        </w:rPr>
        <w:t>Atsakymas:</w:t>
      </w:r>
    </w:p>
    <w:p w14:paraId="4808A584" w14:textId="45A22D0A" w:rsidR="00767F00" w:rsidRPr="002912AC" w:rsidRDefault="00767F00">
      <w:pPr>
        <w:spacing w:after="0" w:line="240" w:lineRule="auto"/>
        <w:rPr>
          <w:rFonts w:ascii="Times New Roman" w:hAnsi="Times New Roman" w:cs="Times New Roman"/>
          <w:lang w:val="nn-NO"/>
        </w:rPr>
      </w:pPr>
    </w:p>
    <w:p w14:paraId="5CA5436C" w14:textId="77777777" w:rsidR="00767F00" w:rsidRPr="002912AC" w:rsidRDefault="00000000">
      <w:pPr>
        <w:spacing w:before="140"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b/>
          <w:lang w:val="nn-NO"/>
        </w:rPr>
        <w:t>10. Ar savo patirtimi po darbo stebėjimo pasidalijote su kolegomis? Kaip?</w:t>
      </w:r>
    </w:p>
    <w:p w14:paraId="4B1874C1" w14:textId="77777777" w:rsidR="00767F00" w:rsidRPr="002912AC" w:rsidRDefault="00000000">
      <w:pPr>
        <w:spacing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lang w:val="nn-NO"/>
        </w:rPr>
        <w:t>Atsakymas:</w:t>
      </w:r>
    </w:p>
    <w:p w14:paraId="372A950E" w14:textId="77777777" w:rsidR="00767F00" w:rsidRPr="002912AC" w:rsidRDefault="00000000">
      <w:pPr>
        <w:spacing w:before="140"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b/>
          <w:lang w:val="nn-NO"/>
        </w:rPr>
        <w:t>11. Ar darbo stebėjimo patirtis paskatino bendradarbiauti su kolegomis, planuoti ar vesti bendras / integruotas pamokas? Jei taip, pateikite pavyzdį.</w:t>
      </w:r>
    </w:p>
    <w:p w14:paraId="77A4FCD8" w14:textId="77777777" w:rsidR="00767F00" w:rsidRPr="002912AC" w:rsidRDefault="00000000">
      <w:pPr>
        <w:spacing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lang w:val="nn-NO"/>
        </w:rPr>
        <w:t>Atsakymas:</w:t>
      </w:r>
    </w:p>
    <w:p w14:paraId="34840885" w14:textId="79A6B5FE" w:rsidR="00767F00" w:rsidRPr="002912AC" w:rsidRDefault="00767F00">
      <w:pPr>
        <w:spacing w:after="0" w:line="240" w:lineRule="auto"/>
        <w:rPr>
          <w:rFonts w:ascii="Times New Roman" w:hAnsi="Times New Roman" w:cs="Times New Roman"/>
          <w:lang w:val="nn-NO"/>
        </w:rPr>
      </w:pPr>
    </w:p>
    <w:p w14:paraId="4847A477" w14:textId="77777777" w:rsidR="00767F00" w:rsidRPr="002912AC" w:rsidRDefault="00000000">
      <w:pPr>
        <w:spacing w:before="140"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b/>
          <w:lang w:val="nn-NO"/>
        </w:rPr>
        <w:t>12. Kokią vieną darbo stebėjimo metu pamatytą praktiką, susijusią su įtraukiuoju mokymusi ar karjeros kompetencijų ugdymu, būtų naudinga taikyti plačiau visoje gimnazijoje?</w:t>
      </w:r>
    </w:p>
    <w:p w14:paraId="7F7D5460" w14:textId="77777777" w:rsidR="00767F00" w:rsidRPr="002912AC" w:rsidRDefault="00000000">
      <w:pPr>
        <w:spacing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lang w:val="nn-NO"/>
        </w:rPr>
        <w:t>Atsakymas:</w:t>
      </w:r>
    </w:p>
    <w:p w14:paraId="203D0E86" w14:textId="77777777" w:rsidR="00767F00" w:rsidRPr="002912AC" w:rsidRDefault="00000000">
      <w:pPr>
        <w:spacing w:before="140"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b/>
          <w:lang w:val="nn-NO"/>
        </w:rPr>
        <w:t>13. Kas labiausiai padėjo Jums pritaikyti darbo stebėjimo metu įgytą patirtį savo darbe?</w:t>
      </w:r>
    </w:p>
    <w:p w14:paraId="6162F442" w14:textId="77777777" w:rsidR="00767F00" w:rsidRPr="002912AC" w:rsidRDefault="00000000">
      <w:pPr>
        <w:spacing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lang w:val="nn-NO"/>
        </w:rPr>
        <w:t>Atsakymas:</w:t>
      </w:r>
    </w:p>
    <w:p w14:paraId="42933E33" w14:textId="0BA0B78E" w:rsidR="00767F00" w:rsidRPr="002912AC" w:rsidRDefault="00767F00">
      <w:pPr>
        <w:spacing w:after="0" w:line="240" w:lineRule="auto"/>
        <w:rPr>
          <w:rFonts w:ascii="Times New Roman" w:hAnsi="Times New Roman" w:cs="Times New Roman"/>
          <w:lang w:val="nn-NO"/>
        </w:rPr>
      </w:pPr>
    </w:p>
    <w:p w14:paraId="25C5F336" w14:textId="77777777" w:rsidR="00767F00" w:rsidRPr="002912AC" w:rsidRDefault="00000000">
      <w:pPr>
        <w:spacing w:before="140"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b/>
          <w:lang w:val="nn-NO"/>
        </w:rPr>
        <w:t>14. Kas trukdė arba vis dar trukdo pritaikyti darbo stebėjimo metu įgytą patirtį?</w:t>
      </w:r>
    </w:p>
    <w:p w14:paraId="36101970" w14:textId="77777777" w:rsidR="00767F00" w:rsidRPr="002912AC" w:rsidRDefault="00000000">
      <w:pPr>
        <w:spacing w:after="40"/>
        <w:rPr>
          <w:rFonts w:ascii="Times New Roman" w:hAnsi="Times New Roman" w:cs="Times New Roman"/>
          <w:lang w:val="nn-NO"/>
        </w:rPr>
      </w:pPr>
      <w:r w:rsidRPr="002912AC">
        <w:rPr>
          <w:rFonts w:ascii="Times New Roman" w:hAnsi="Times New Roman" w:cs="Times New Roman"/>
          <w:lang w:val="nn-NO"/>
        </w:rPr>
        <w:t>Atsakymas:</w:t>
      </w:r>
    </w:p>
    <w:p w14:paraId="09E1B0FD" w14:textId="77777777" w:rsidR="00767F00" w:rsidRPr="002912AC" w:rsidRDefault="00000000">
      <w:pPr>
        <w:rPr>
          <w:rFonts w:ascii="Times New Roman" w:hAnsi="Times New Roman" w:cs="Times New Roman"/>
        </w:rPr>
      </w:pPr>
      <w:proofErr w:type="spellStart"/>
      <w:r w:rsidRPr="002912AC">
        <w:rPr>
          <w:rFonts w:ascii="Times New Roman" w:hAnsi="Times New Roman" w:cs="Times New Roman"/>
          <w:b/>
        </w:rPr>
        <w:t>Ačiū</w:t>
      </w:r>
      <w:proofErr w:type="spellEnd"/>
      <w:r w:rsidRPr="002912AC">
        <w:rPr>
          <w:rFonts w:ascii="Times New Roman" w:hAnsi="Times New Roman" w:cs="Times New Roman"/>
          <w:b/>
        </w:rPr>
        <w:t xml:space="preserve"> </w:t>
      </w:r>
      <w:proofErr w:type="spellStart"/>
      <w:r w:rsidRPr="002912AC">
        <w:rPr>
          <w:rFonts w:ascii="Times New Roman" w:hAnsi="Times New Roman" w:cs="Times New Roman"/>
          <w:b/>
        </w:rPr>
        <w:t>už</w:t>
      </w:r>
      <w:proofErr w:type="spellEnd"/>
      <w:r w:rsidRPr="002912AC">
        <w:rPr>
          <w:rFonts w:ascii="Times New Roman" w:hAnsi="Times New Roman" w:cs="Times New Roman"/>
          <w:b/>
        </w:rPr>
        <w:t xml:space="preserve"> </w:t>
      </w:r>
      <w:proofErr w:type="spellStart"/>
      <w:r w:rsidRPr="002912AC">
        <w:rPr>
          <w:rFonts w:ascii="Times New Roman" w:hAnsi="Times New Roman" w:cs="Times New Roman"/>
          <w:b/>
        </w:rPr>
        <w:t>atsakymus</w:t>
      </w:r>
      <w:proofErr w:type="spellEnd"/>
      <w:r w:rsidRPr="002912AC">
        <w:rPr>
          <w:rFonts w:ascii="Times New Roman" w:hAnsi="Times New Roman" w:cs="Times New Roman"/>
          <w:b/>
        </w:rPr>
        <w:t>!</w:t>
      </w:r>
    </w:p>
    <w:sectPr w:rsidR="00767F00" w:rsidRPr="002912AC" w:rsidSect="00034616"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5064365">
    <w:abstractNumId w:val="8"/>
  </w:num>
  <w:num w:numId="2" w16cid:durableId="743337595">
    <w:abstractNumId w:val="6"/>
  </w:num>
  <w:num w:numId="3" w16cid:durableId="1879970845">
    <w:abstractNumId w:val="5"/>
  </w:num>
  <w:num w:numId="4" w16cid:durableId="1226647531">
    <w:abstractNumId w:val="4"/>
  </w:num>
  <w:num w:numId="5" w16cid:durableId="1998459045">
    <w:abstractNumId w:val="7"/>
  </w:num>
  <w:num w:numId="6" w16cid:durableId="1079332259">
    <w:abstractNumId w:val="3"/>
  </w:num>
  <w:num w:numId="7" w16cid:durableId="1972513481">
    <w:abstractNumId w:val="2"/>
  </w:num>
  <w:num w:numId="8" w16cid:durableId="950478953">
    <w:abstractNumId w:val="1"/>
  </w:num>
  <w:num w:numId="9" w16cid:durableId="487135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12AC"/>
    <w:rsid w:val="0029639D"/>
    <w:rsid w:val="00326F90"/>
    <w:rsid w:val="00767F00"/>
    <w:rsid w:val="00AA1D8D"/>
    <w:rsid w:val="00AA74D7"/>
    <w:rsid w:val="00B47730"/>
    <w:rsid w:val="00CB0664"/>
    <w:rsid w:val="00DE5B1F"/>
    <w:rsid w:val="00EA7D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5C6A3F"/>
  <w14:defaultImageDpi w14:val="300"/>
  <w15:docId w15:val="{C07F79C6-63AC-402A-9EBE-8A26862C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Arial" w:hAnsi="Arial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1768</Words>
  <Characters>1008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Ingrida Stankuvienė</cp:lastModifiedBy>
  <cp:revision>3</cp:revision>
  <dcterms:created xsi:type="dcterms:W3CDTF">2013-12-23T23:15:00Z</dcterms:created>
  <dcterms:modified xsi:type="dcterms:W3CDTF">2026-10-07T05:25:00Z</dcterms:modified>
  <cp:category/>
</cp:coreProperties>
</file>